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DA37" w14:textId="77777777" w:rsidR="00BA4A22" w:rsidRPr="003D20AC" w:rsidRDefault="00BA4A22" w:rsidP="003D20AC">
      <w:pPr>
        <w:spacing w:after="120"/>
        <w:jc w:val="center"/>
        <w:rPr>
          <w:bCs/>
          <w:sz w:val="24"/>
          <w:szCs w:val="24"/>
        </w:rPr>
      </w:pPr>
    </w:p>
    <w:p w14:paraId="6B0E3C3C" w14:textId="5A8B53A2" w:rsidR="00845CA9" w:rsidRPr="00B656CD" w:rsidRDefault="00000000" w:rsidP="003D20AC">
      <w:pPr>
        <w:spacing w:after="120"/>
        <w:jc w:val="center"/>
        <w:rPr>
          <w:b/>
          <w:sz w:val="28"/>
          <w:szCs w:val="28"/>
        </w:rPr>
      </w:pPr>
      <w:r w:rsidRPr="00B656CD">
        <w:rPr>
          <w:b/>
          <w:sz w:val="28"/>
          <w:szCs w:val="28"/>
        </w:rPr>
        <w:t>Reisterstown United Methodist Church</w:t>
      </w:r>
    </w:p>
    <w:p w14:paraId="1C29C44F" w14:textId="77777777" w:rsidR="00845CA9" w:rsidRPr="00B656CD" w:rsidRDefault="00000000" w:rsidP="003D20AC">
      <w:pPr>
        <w:spacing w:after="120"/>
        <w:jc w:val="center"/>
        <w:rPr>
          <w:b/>
          <w:sz w:val="28"/>
          <w:szCs w:val="28"/>
        </w:rPr>
      </w:pPr>
      <w:r w:rsidRPr="00B656CD">
        <w:rPr>
          <w:b/>
          <w:sz w:val="28"/>
          <w:szCs w:val="28"/>
        </w:rPr>
        <w:t>250th Anniversary Memories Questionnaire</w:t>
      </w:r>
    </w:p>
    <w:p w14:paraId="7A6CC814" w14:textId="77777777" w:rsidR="00845CA9" w:rsidRPr="003D20AC" w:rsidRDefault="00000000" w:rsidP="003D20AC">
      <w:pPr>
        <w:pStyle w:val="Heading1"/>
      </w:pPr>
      <w:r w:rsidRPr="003D20AC">
        <w:t>1. About You</w:t>
      </w:r>
    </w:p>
    <w:p w14:paraId="74A8F17B" w14:textId="36EE0F04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Name</w:t>
      </w:r>
      <w:r w:rsidR="00562DD9" w:rsidRPr="003D20AC">
        <w:rPr>
          <w:bCs/>
          <w:sz w:val="24"/>
          <w:szCs w:val="24"/>
        </w:rPr>
        <w:t xml:space="preserve">                                                                         </w:t>
      </w:r>
    </w:p>
    <w:p w14:paraId="4121298E" w14:textId="53FBDF52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Years you were a member or regularly attended</w:t>
      </w:r>
      <w:r w:rsidR="00562DD9" w:rsidRPr="003D20AC">
        <w:rPr>
          <w:bCs/>
          <w:sz w:val="24"/>
          <w:szCs w:val="24"/>
        </w:rPr>
        <w:t xml:space="preserve">                                                                           </w:t>
      </w:r>
    </w:p>
    <w:p w14:paraId="0BBB2541" w14:textId="4514C474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How did you first become connected with Reisterstown United Methodist Church?</w:t>
      </w:r>
      <w:r w:rsidR="00562DD9" w:rsidRPr="003D20AC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p w14:paraId="2590E8FC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What family members have </w:t>
      </w:r>
      <w:proofErr w:type="gramStart"/>
      <w:r w:rsidRPr="003D20AC">
        <w:rPr>
          <w:bCs/>
          <w:sz w:val="24"/>
          <w:szCs w:val="24"/>
        </w:rPr>
        <w:t>been connected with</w:t>
      </w:r>
      <w:proofErr w:type="gramEnd"/>
      <w:r w:rsidRPr="003D20AC">
        <w:rPr>
          <w:bCs/>
          <w:sz w:val="24"/>
          <w:szCs w:val="24"/>
        </w:rPr>
        <w:t xml:space="preserve"> the church?</w:t>
      </w:r>
    </w:p>
    <w:p w14:paraId="11E833B1" w14:textId="25936368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What church activities, committees, ministries, or organizations </w:t>
      </w:r>
      <w:proofErr w:type="gramStart"/>
      <w:r w:rsidRPr="003D20AC">
        <w:rPr>
          <w:bCs/>
          <w:sz w:val="24"/>
          <w:szCs w:val="24"/>
        </w:rPr>
        <w:t>were</w:t>
      </w:r>
      <w:proofErr w:type="gramEnd"/>
      <w:r w:rsidRPr="003D20AC">
        <w:rPr>
          <w:bCs/>
          <w:sz w:val="24"/>
          <w:szCs w:val="24"/>
        </w:rPr>
        <w:t xml:space="preserve"> you involved in?</w:t>
      </w:r>
      <w:r w:rsidR="00562DD9" w:rsidRPr="003D20AC">
        <w:rPr>
          <w:bCs/>
          <w:sz w:val="24"/>
          <w:szCs w:val="24"/>
        </w:rPr>
        <w:t xml:space="preserve">                                                   </w:t>
      </w:r>
    </w:p>
    <w:p w14:paraId="1413DADB" w14:textId="77777777" w:rsidR="00845CA9" w:rsidRPr="003D20AC" w:rsidRDefault="00000000" w:rsidP="003D20AC">
      <w:pPr>
        <w:pStyle w:val="Heading1"/>
      </w:pPr>
      <w:r w:rsidRPr="003D20AC">
        <w:t>2. Your Earliest Memories</w:t>
      </w:r>
    </w:p>
    <w:p w14:paraId="58BFB6F5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is your earliest memory of Reisterstown United Methodist Church?</w:t>
      </w:r>
    </w:p>
    <w:p w14:paraId="1E098693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your first visit to the church?</w:t>
      </w:r>
    </w:p>
    <w:p w14:paraId="63DB780B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Who were some of the people who made you feel welcome?</w:t>
      </w:r>
    </w:p>
    <w:p w14:paraId="5CFB8FDF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the church building when you first attended?</w:t>
      </w:r>
    </w:p>
    <w:p w14:paraId="6501A947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What was different about the </w:t>
      </w:r>
      <w:proofErr w:type="gramStart"/>
      <w:r w:rsidRPr="003D20AC">
        <w:rPr>
          <w:bCs/>
          <w:sz w:val="24"/>
          <w:szCs w:val="24"/>
        </w:rPr>
        <w:t>church then</w:t>
      </w:r>
      <w:proofErr w:type="gramEnd"/>
      <w:r w:rsidRPr="003D20AC">
        <w:rPr>
          <w:bCs/>
          <w:sz w:val="24"/>
          <w:szCs w:val="24"/>
        </w:rPr>
        <w:t xml:space="preserve"> compared with today?</w:t>
      </w:r>
    </w:p>
    <w:p w14:paraId="332CC435" w14:textId="77777777" w:rsidR="00845CA9" w:rsidRPr="003D20AC" w:rsidRDefault="00000000" w:rsidP="003D20AC">
      <w:pPr>
        <w:pStyle w:val="Heading1"/>
      </w:pPr>
      <w:r w:rsidRPr="003D20AC">
        <w:t>3. People Who Made a Difference</w:t>
      </w:r>
    </w:p>
    <w:p w14:paraId="576FFB45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Which pastors do you remember? What stands out about them?</w:t>
      </w:r>
    </w:p>
    <w:p w14:paraId="433BFCE1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Who were some church members who had a lasting impact on you?</w:t>
      </w:r>
    </w:p>
    <w:p w14:paraId="4C3B3428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Do you remember a Sunday School teacher, youth leader, choir director, organist, pastor, trustee, or other person who made a special difference in your life?</w:t>
      </w:r>
    </w:p>
    <w:p w14:paraId="0DF134AA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Who were the people who seemed to “hold the church together”?</w:t>
      </w:r>
    </w:p>
    <w:p w14:paraId="4293CAF3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Is there someone whose contributions to the church deserve to be remembered?</w:t>
      </w:r>
    </w:p>
    <w:p w14:paraId="187AF68E" w14:textId="77777777" w:rsidR="00845CA9" w:rsidRPr="003D20AC" w:rsidRDefault="00000000" w:rsidP="003D20AC">
      <w:pPr>
        <w:pStyle w:val="Heading1"/>
      </w:pPr>
      <w:r w:rsidRPr="003D20AC">
        <w:t>4. Worship and Church Traditions</w:t>
      </w:r>
    </w:p>
    <w:p w14:paraId="40515ED5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Sunday worship when you attended?</w:t>
      </w:r>
    </w:p>
    <w:p w14:paraId="4B7C9886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hymns, songs, prayers, or worship traditions do you remember?</w:t>
      </w:r>
    </w:p>
    <w:p w14:paraId="16AF86B4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Were there special worship services or celebrations that stand out in your memory?</w:t>
      </w:r>
    </w:p>
    <w:p w14:paraId="5B84D218" w14:textId="144A0BA1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Christmas, Easter, Thanksgiving, or other holiday traditions do you remember?</w:t>
      </w:r>
    </w:p>
    <w:p w14:paraId="2D33A1A5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Were there traditions that are no longer part of church life?</w:t>
      </w:r>
    </w:p>
    <w:p w14:paraId="54D30043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Communion services?</w:t>
      </w:r>
    </w:p>
    <w:p w14:paraId="6A188DD4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weddings, baptisms, funerals, or other special services?</w:t>
      </w:r>
    </w:p>
    <w:p w14:paraId="58D677ED" w14:textId="77777777" w:rsidR="00845CA9" w:rsidRPr="003D20AC" w:rsidRDefault="00000000" w:rsidP="003D20AC">
      <w:pPr>
        <w:pStyle w:val="Heading1"/>
      </w:pPr>
      <w:r w:rsidRPr="003D20AC">
        <w:lastRenderedPageBreak/>
        <w:t>5. Children and Youth</w:t>
      </w:r>
    </w:p>
    <w:p w14:paraId="36C39CC2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Sunday School?</w:t>
      </w:r>
    </w:p>
    <w:p w14:paraId="2D7EB2A1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activities did children participate in?</w:t>
      </w:r>
    </w:p>
    <w:p w14:paraId="2D2A26CE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Vacation Bible School?</w:t>
      </w:r>
    </w:p>
    <w:p w14:paraId="65761528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youth groups or activities were available?</w:t>
      </w:r>
    </w:p>
    <w:p w14:paraId="6307FDB2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Do you remember youth trips, retreats, mission trips, plays, concerts, or other events?</w:t>
      </w:r>
    </w:p>
    <w:p w14:paraId="3F75EC37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was it like being a young person at the church?</w:t>
      </w:r>
    </w:p>
    <w:p w14:paraId="3E3B27F1" w14:textId="77777777" w:rsidR="00845CA9" w:rsidRPr="003D20AC" w:rsidRDefault="00000000" w:rsidP="003D20AC">
      <w:pPr>
        <w:pStyle w:val="Heading1"/>
      </w:pPr>
      <w:r w:rsidRPr="003D20AC">
        <w:t>6. Music and the Arts</w:t>
      </w:r>
    </w:p>
    <w:p w14:paraId="7E781DAA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Who were some memorable choir directors, organists, musicians, or singers?</w:t>
      </w:r>
    </w:p>
    <w:p w14:paraId="620B2AA6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choirs or musical groups do you remember?</w:t>
      </w:r>
    </w:p>
    <w:p w14:paraId="6BF931A6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concerts or special musical programs stand out in your memory?</w:t>
      </w:r>
    </w:p>
    <w:p w14:paraId="447C9A38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Are there particular songs, performances, or musical traditions you remember?</w:t>
      </w:r>
    </w:p>
    <w:p w14:paraId="6CAC127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Do you have any memories or stories about the church’s organ, piano, choir, or other musical instruments?</w:t>
      </w:r>
    </w:p>
    <w:p w14:paraId="5B3D7D6A" w14:textId="77777777" w:rsidR="00845CA9" w:rsidRPr="003D20AC" w:rsidRDefault="00000000" w:rsidP="003D20AC">
      <w:pPr>
        <w:pStyle w:val="Heading1"/>
      </w:pPr>
      <w:r w:rsidRPr="003D20AC">
        <w:t>7. Fellowship and Church Activities</w:t>
      </w:r>
    </w:p>
    <w:p w14:paraId="610127BE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church dinners, suppers, festivals, fundraisers, or social events do you remember?</w:t>
      </w:r>
    </w:p>
    <w:p w14:paraId="7E4584D3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was the most memorable church picnic or fellowship event?</w:t>
      </w:r>
    </w:p>
    <w:p w14:paraId="491FE2C0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Do you remember special plays, pageants, coffeehouses, bazaars, fairs, or other events?</w:t>
      </w:r>
    </w:p>
    <w:p w14:paraId="2A87CFB7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food or recipes do you associate with the church?</w:t>
      </w:r>
    </w:p>
    <w:p w14:paraId="770B8C9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Were there humorous or unusual events that people still talk about?</w:t>
      </w:r>
    </w:p>
    <w:p w14:paraId="7B794962" w14:textId="77777777" w:rsidR="00845CA9" w:rsidRPr="003D20AC" w:rsidRDefault="00000000" w:rsidP="003D20AC">
      <w:pPr>
        <w:pStyle w:val="Heading1"/>
      </w:pPr>
      <w:r w:rsidRPr="003D20AC">
        <w:t>8. Outreach and Mission</w:t>
      </w:r>
    </w:p>
    <w:p w14:paraId="77012D75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mission projects do you remember?</w:t>
      </w:r>
    </w:p>
    <w:p w14:paraId="7350C983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How did the church serve the Reisterstown community?</w:t>
      </w:r>
    </w:p>
    <w:p w14:paraId="4C6AD7C0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Were there particular organizations, families, or causes the church supported?</w:t>
      </w:r>
    </w:p>
    <w:p w14:paraId="39285E80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Do you remember mission trips or special service projects?</w:t>
      </w:r>
    </w:p>
    <w:p w14:paraId="2BA1DD59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Is there an outreach effort that you believe deserves to be remembered?</w:t>
      </w:r>
    </w:p>
    <w:p w14:paraId="071AFF38" w14:textId="77777777" w:rsidR="00845CA9" w:rsidRPr="003D20AC" w:rsidRDefault="00000000" w:rsidP="003D20AC">
      <w:pPr>
        <w:pStyle w:val="Heading1"/>
      </w:pPr>
      <w:r w:rsidRPr="003D20AC">
        <w:t>9. The Church and the Community</w:t>
      </w:r>
    </w:p>
    <w:p w14:paraId="31BDB67A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How has the church changed as the Reisterstown community has changed?</w:t>
      </w:r>
    </w:p>
    <w:p w14:paraId="1CA1C5F2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remember about the neighborhood surrounding the church?</w:t>
      </w:r>
    </w:p>
    <w:p w14:paraId="10183194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role did the church play in the community when you were involved?</w:t>
      </w:r>
    </w:p>
    <w:p w14:paraId="76356F73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Were important community events held at the church?</w:t>
      </w:r>
    </w:p>
    <w:p w14:paraId="4E0CD74E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How did the church respond to important events or difficult times in the community?</w:t>
      </w:r>
    </w:p>
    <w:p w14:paraId="50AC8308" w14:textId="77777777" w:rsidR="00845CA9" w:rsidRPr="003D20AC" w:rsidRDefault="00000000" w:rsidP="003D20AC">
      <w:pPr>
        <w:pStyle w:val="Heading1"/>
      </w:pPr>
      <w:r w:rsidRPr="003D20AC">
        <w:lastRenderedPageBreak/>
        <w:t>10. Changes to the Church</w:t>
      </w:r>
    </w:p>
    <w:p w14:paraId="052B9969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major changes to the church building do you remember?</w:t>
      </w:r>
    </w:p>
    <w:p w14:paraId="2B3E6A6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additions, renovations, or improvements stand out in your memory?</w:t>
      </w:r>
    </w:p>
    <w:p w14:paraId="1278F0CA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Do you remember when </w:t>
      </w:r>
      <w:proofErr w:type="gramStart"/>
      <w:r w:rsidRPr="003D20AC">
        <w:rPr>
          <w:bCs/>
          <w:sz w:val="24"/>
          <w:szCs w:val="24"/>
        </w:rPr>
        <w:t>particular rooms</w:t>
      </w:r>
      <w:proofErr w:type="gramEnd"/>
      <w:r w:rsidRPr="003D20AC">
        <w:rPr>
          <w:bCs/>
          <w:sz w:val="24"/>
          <w:szCs w:val="24"/>
        </w:rPr>
        <w:t xml:space="preserve"> or facilities were added or changed?</w:t>
      </w:r>
    </w:p>
    <w:p w14:paraId="23B4377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changes in worship or church organization do you remember?</w:t>
      </w:r>
    </w:p>
    <w:p w14:paraId="2B9BFB70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changes in church membership or attendance have you observed?</w:t>
      </w:r>
    </w:p>
    <w:p w14:paraId="66665B76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is something about the “old church” that you wish people today could experience?</w:t>
      </w:r>
    </w:p>
    <w:p w14:paraId="7E4D18FC" w14:textId="77777777" w:rsidR="00845CA9" w:rsidRPr="003D20AC" w:rsidRDefault="00000000" w:rsidP="003D20AC">
      <w:pPr>
        <w:pStyle w:val="Heading1"/>
      </w:pPr>
      <w:r w:rsidRPr="003D20AC">
        <w:t>11. Stories We Should Not Lose</w:t>
      </w:r>
    </w:p>
    <w:p w14:paraId="6EC487CF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is your favorite memory of Reisterstown United Methodist Church?</w:t>
      </w:r>
    </w:p>
    <w:p w14:paraId="12F2F6DF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is the funniest thing you remember happening at church?</w:t>
      </w:r>
    </w:p>
    <w:p w14:paraId="5AFCCE3B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is the most unusual thing you remember?</w:t>
      </w:r>
    </w:p>
    <w:p w14:paraId="271406E4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Was there ever an unexpected event during a worship service or church activity?</w:t>
      </w:r>
    </w:p>
    <w:p w14:paraId="61BFD551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What church story was told </w:t>
      </w:r>
      <w:proofErr w:type="gramStart"/>
      <w:r w:rsidRPr="003D20AC">
        <w:rPr>
          <w:bCs/>
          <w:sz w:val="24"/>
          <w:szCs w:val="24"/>
        </w:rPr>
        <w:t>over and over</w:t>
      </w:r>
      <w:proofErr w:type="gramEnd"/>
      <w:r w:rsidRPr="003D20AC">
        <w:rPr>
          <w:bCs/>
          <w:sz w:val="24"/>
          <w:szCs w:val="24"/>
        </w:rPr>
        <w:t>?</w:t>
      </w:r>
    </w:p>
    <w:p w14:paraId="18D17D2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Is there a story about a church member that should be preserved for future generations?</w:t>
      </w:r>
    </w:p>
    <w:p w14:paraId="1F6856BC" w14:textId="372320E1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What is something that might not appear in </w:t>
      </w:r>
      <w:proofErr w:type="gramStart"/>
      <w:r w:rsidRPr="003D20AC">
        <w:rPr>
          <w:bCs/>
          <w:sz w:val="24"/>
          <w:szCs w:val="24"/>
        </w:rPr>
        <w:t>the official</w:t>
      </w:r>
      <w:proofErr w:type="gramEnd"/>
      <w:r w:rsidRPr="003D20AC">
        <w:rPr>
          <w:bCs/>
          <w:sz w:val="24"/>
          <w:szCs w:val="24"/>
        </w:rPr>
        <w:t xml:space="preserve"> church </w:t>
      </w:r>
      <w:r w:rsidR="00D736C0" w:rsidRPr="003D20AC">
        <w:rPr>
          <w:bCs/>
          <w:sz w:val="24"/>
          <w:szCs w:val="24"/>
        </w:rPr>
        <w:t>history,</w:t>
      </w:r>
      <w:r w:rsidRPr="003D20AC">
        <w:rPr>
          <w:bCs/>
          <w:sz w:val="24"/>
          <w:szCs w:val="24"/>
        </w:rPr>
        <w:t xml:space="preserve"> but you believe people should know?</w:t>
      </w:r>
    </w:p>
    <w:p w14:paraId="7F4E5CC7" w14:textId="4095379C" w:rsidR="00845CA9" w:rsidRPr="003D20AC" w:rsidRDefault="00000000" w:rsidP="003D20AC">
      <w:pPr>
        <w:pStyle w:val="Heading1"/>
      </w:pPr>
      <w:r w:rsidRPr="003D20AC">
        <w:t>1</w:t>
      </w:r>
      <w:r w:rsidR="003D20AC">
        <w:t>2</w:t>
      </w:r>
      <w:r w:rsidRPr="003D20AC">
        <w:t>. Looking Back and Looking Forward</w:t>
      </w:r>
    </w:p>
    <w:p w14:paraId="69A1BA89" w14:textId="7D22C2FA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has Reisterstown United Methodist Church meant to you personally?</w:t>
      </w:r>
      <w:r w:rsidR="00562DD9" w:rsidRPr="003D20AC">
        <w:rPr>
          <w:bCs/>
          <w:sz w:val="24"/>
          <w:szCs w:val="24"/>
        </w:rPr>
        <w:t xml:space="preserve">                                                                                        </w:t>
      </w:r>
    </w:p>
    <w:p w14:paraId="7C7E02D1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think makes this church special?</w:t>
      </w:r>
    </w:p>
    <w:p w14:paraId="620F56A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What do you hope future generations will remember about this church?</w:t>
      </w:r>
    </w:p>
    <w:p w14:paraId="2A2FC935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If you could give one message to the members celebrating the church’s 300th anniversary, what would you say?</w:t>
      </w:r>
    </w:p>
    <w:p w14:paraId="4B67028D" w14:textId="77777777" w:rsidR="00845CA9" w:rsidRPr="003D20AC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In one sentence, how would you describe your memories of Reisterstown United Methodist Church?</w:t>
      </w:r>
    </w:p>
    <w:p w14:paraId="7566879B" w14:textId="413B2228" w:rsidR="00845CA9" w:rsidRPr="003D20AC" w:rsidRDefault="00000000" w:rsidP="003D20AC">
      <w:pPr>
        <w:pStyle w:val="Heading1"/>
      </w:pPr>
      <w:r w:rsidRPr="003D20AC">
        <w:t>1</w:t>
      </w:r>
      <w:r w:rsidR="003D20AC">
        <w:t>3</w:t>
      </w:r>
      <w:r w:rsidRPr="003D20AC">
        <w:t>. Anything Else?</w:t>
      </w:r>
    </w:p>
    <w:p w14:paraId="796D2F07" w14:textId="26745E78" w:rsidR="00E55C64" w:rsidRDefault="00000000" w:rsidP="003D20AC">
      <w:pPr>
        <w:spacing w:after="120" w:line="240" w:lineRule="auto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Is there anything else you remember about the church, its people, its activities, or its history that we haven’t asked about?</w:t>
      </w:r>
    </w:p>
    <w:p w14:paraId="5958F4B0" w14:textId="77777777" w:rsidR="00E55C64" w:rsidRDefault="00E55C6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14:paraId="44AFEEA3" w14:textId="77777777" w:rsidR="00E55C64" w:rsidRPr="003D20AC" w:rsidRDefault="00E55C64" w:rsidP="00E55C64">
      <w:pPr>
        <w:spacing w:after="120"/>
        <w:rPr>
          <w:b/>
          <w:sz w:val="24"/>
          <w:szCs w:val="24"/>
        </w:rPr>
      </w:pPr>
      <w:r w:rsidRPr="003D20AC">
        <w:rPr>
          <w:b/>
          <w:sz w:val="24"/>
          <w:szCs w:val="24"/>
        </w:rPr>
        <w:lastRenderedPageBreak/>
        <w:t>Our/My memories of Reisterstown United Methodist Church:</w:t>
      </w:r>
    </w:p>
    <w:p w14:paraId="2C62AFDE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6101AA84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17F7861D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0DE0B931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012D3830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3ED1436F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7D14C36D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209A2A8E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555F4A19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43AA89FB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007C476A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3ACC7032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4FF8FAF7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1DC0C201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06DF65E7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4354F19C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2CC5CB55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</w:p>
    <w:p w14:paraId="3B1657AB" w14:textId="77777777" w:rsidR="00E55C64" w:rsidRDefault="00E55C64" w:rsidP="00E55C64">
      <w:pPr>
        <w:spacing w:after="120"/>
        <w:rPr>
          <w:bCs/>
          <w:sz w:val="24"/>
          <w:szCs w:val="24"/>
        </w:rPr>
      </w:pPr>
    </w:p>
    <w:p w14:paraId="632E0227" w14:textId="77777777" w:rsidR="00E55C64" w:rsidRDefault="00E55C64" w:rsidP="00E55C64">
      <w:pPr>
        <w:spacing w:after="120"/>
        <w:rPr>
          <w:bCs/>
          <w:sz w:val="24"/>
          <w:szCs w:val="24"/>
        </w:rPr>
      </w:pPr>
    </w:p>
    <w:p w14:paraId="7715737F" w14:textId="77777777" w:rsidR="00E55C64" w:rsidRDefault="00E55C64" w:rsidP="00E55C64">
      <w:pPr>
        <w:spacing w:after="120"/>
        <w:rPr>
          <w:bCs/>
          <w:sz w:val="24"/>
          <w:szCs w:val="24"/>
        </w:rPr>
      </w:pPr>
    </w:p>
    <w:p w14:paraId="0CFCCD78" w14:textId="77777777" w:rsidR="00E55C64" w:rsidRDefault="00E55C64" w:rsidP="00E55C64">
      <w:pPr>
        <w:spacing w:after="120"/>
        <w:rPr>
          <w:bCs/>
          <w:sz w:val="24"/>
          <w:szCs w:val="24"/>
        </w:rPr>
      </w:pPr>
    </w:p>
    <w:p w14:paraId="596331A9" w14:textId="77777777" w:rsidR="00E55C64" w:rsidRDefault="00E55C64" w:rsidP="00E55C64">
      <w:pPr>
        <w:spacing w:after="120"/>
        <w:rPr>
          <w:bCs/>
          <w:sz w:val="24"/>
          <w:szCs w:val="24"/>
        </w:rPr>
      </w:pPr>
    </w:p>
    <w:p w14:paraId="4D74FBA8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>I give Reisterstown United Methodist Church permission to use the information, stories, photographs, and other materials I provide for church historical purposes, including the 250th anniversary celebration, anniversary publications, displays, presentations, archives, website, social media, or other church historical materials.</w:t>
      </w:r>
    </w:p>
    <w:p w14:paraId="1BE73F04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Name:                                                                                           </w:t>
      </w:r>
    </w:p>
    <w:p w14:paraId="11692DE9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Signature:                                                                                           </w:t>
      </w:r>
    </w:p>
    <w:p w14:paraId="0B12F2A1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Date:                                                                                           </w:t>
      </w:r>
    </w:p>
    <w:p w14:paraId="70F2B9B1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Preferred contact information:                                                                                           </w:t>
      </w:r>
    </w:p>
    <w:p w14:paraId="2ACAA5C7" w14:textId="77777777" w:rsidR="00E55C64" w:rsidRPr="003D20AC" w:rsidRDefault="00E55C64" w:rsidP="00E55C64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Phone:                                                                       </w:t>
      </w:r>
    </w:p>
    <w:p w14:paraId="282ECCD2" w14:textId="6D888FD4" w:rsidR="00845CA9" w:rsidRPr="003D20AC" w:rsidRDefault="00E55C64" w:rsidP="00BF753F">
      <w:pPr>
        <w:spacing w:after="120"/>
        <w:rPr>
          <w:bCs/>
          <w:sz w:val="24"/>
          <w:szCs w:val="24"/>
        </w:rPr>
      </w:pPr>
      <w:r w:rsidRPr="003D20AC">
        <w:rPr>
          <w:bCs/>
          <w:sz w:val="24"/>
          <w:szCs w:val="24"/>
        </w:rPr>
        <w:t xml:space="preserve">Email:                                                                       </w:t>
      </w:r>
      <w:r w:rsidRPr="003D20AC">
        <w:rPr>
          <w:bCs/>
          <w:sz w:val="24"/>
          <w:szCs w:val="24"/>
        </w:rPr>
        <w:br w:type="page"/>
      </w:r>
    </w:p>
    <w:sectPr w:rsidR="00845CA9" w:rsidRPr="003D20AC" w:rsidSect="00795F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3205792">
    <w:abstractNumId w:val="8"/>
  </w:num>
  <w:num w:numId="2" w16cid:durableId="1856730940">
    <w:abstractNumId w:val="6"/>
  </w:num>
  <w:num w:numId="3" w16cid:durableId="975180135">
    <w:abstractNumId w:val="5"/>
  </w:num>
  <w:num w:numId="4" w16cid:durableId="6761460">
    <w:abstractNumId w:val="4"/>
  </w:num>
  <w:num w:numId="5" w16cid:durableId="1904873578">
    <w:abstractNumId w:val="7"/>
  </w:num>
  <w:num w:numId="6" w16cid:durableId="1297838861">
    <w:abstractNumId w:val="3"/>
  </w:num>
  <w:num w:numId="7" w16cid:durableId="1476988768">
    <w:abstractNumId w:val="2"/>
  </w:num>
  <w:num w:numId="8" w16cid:durableId="2038041373">
    <w:abstractNumId w:val="1"/>
  </w:num>
  <w:num w:numId="9" w16cid:durableId="89747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38F"/>
    <w:rsid w:val="0006063C"/>
    <w:rsid w:val="001044BB"/>
    <w:rsid w:val="0015074B"/>
    <w:rsid w:val="00285BE8"/>
    <w:rsid w:val="0029639D"/>
    <w:rsid w:val="003213F6"/>
    <w:rsid w:val="00326F90"/>
    <w:rsid w:val="0037077A"/>
    <w:rsid w:val="003D20AC"/>
    <w:rsid w:val="003D7707"/>
    <w:rsid w:val="00451CFD"/>
    <w:rsid w:val="00562DD9"/>
    <w:rsid w:val="00741DD3"/>
    <w:rsid w:val="00795F8C"/>
    <w:rsid w:val="00845CA9"/>
    <w:rsid w:val="009C7292"/>
    <w:rsid w:val="00AA1D8D"/>
    <w:rsid w:val="00AB4EFF"/>
    <w:rsid w:val="00B47730"/>
    <w:rsid w:val="00B5130B"/>
    <w:rsid w:val="00B656CD"/>
    <w:rsid w:val="00BA4A22"/>
    <w:rsid w:val="00BF753F"/>
    <w:rsid w:val="00CB0664"/>
    <w:rsid w:val="00D736C0"/>
    <w:rsid w:val="00E55C64"/>
    <w:rsid w:val="00F151B7"/>
    <w:rsid w:val="00F254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F7BEE3"/>
  <w14:defaultImageDpi w14:val="300"/>
  <w15:docId w15:val="{B0834BE4-2072-4038-B70E-0180B4A3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D77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Botelle</cp:lastModifiedBy>
  <cp:revision>2</cp:revision>
  <dcterms:created xsi:type="dcterms:W3CDTF">2026-10-21T12:45:00Z</dcterms:created>
  <dcterms:modified xsi:type="dcterms:W3CDTF">2026-10-21T12:45:00Z</dcterms:modified>
  <cp:category/>
</cp:coreProperties>
</file>