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Application Form: Assistant Program Leader</w:t>
      </w:r>
    </w:p>
    <w:p>
      <w:r>
        <w:t>Athena Christian Church – Certified School-Aged Child Care Center</w:t>
      </w:r>
    </w:p>
    <w:p>
      <w:r>
        <w:t>Location: Athena Elementary School</w:t>
      </w:r>
    </w:p>
    <w:p>
      <w:r>
        <w:t>Application Deadline: July 15th</w:t>
      </w:r>
    </w:p>
    <w:p/>
    <w:p>
      <w:pPr>
        <w:pStyle w:val="Heading2"/>
      </w:pPr>
      <w:r>
        <w:t>Applicant Information</w:t>
      </w:r>
    </w:p>
    <w:p>
      <w:r>
        <w:t>Full Name: ______________________________________</w:t>
      </w:r>
    </w:p>
    <w:p>
      <w:r>
        <w:t>Date of Birth: ____________________________________</w:t>
      </w:r>
    </w:p>
    <w:p>
      <w:r>
        <w:t>Phone Number: ___________________________________</w:t>
      </w:r>
    </w:p>
    <w:p>
      <w:r>
        <w:t>Email Address: ___________________________________</w:t>
      </w:r>
    </w:p>
    <w:p>
      <w:r>
        <w:t>Mailing Address: __________________________________</w:t>
      </w:r>
    </w:p>
    <w:p>
      <w:r>
        <w:t>____________________________________________________</w:t>
      </w:r>
    </w:p>
    <w:p/>
    <w:p>
      <w:pPr>
        <w:pStyle w:val="Heading2"/>
      </w:pPr>
      <w:r>
        <w:t>Qualifications Checklist</w:t>
      </w:r>
    </w:p>
    <w:p>
      <w:r>
        <w:t>- [ ] I am at least 14 years of age.</w:t>
      </w:r>
    </w:p>
    <w:p>
      <w:r>
        <w:t>- [ ] I have completed the required orientation and initial training.</w:t>
      </w:r>
    </w:p>
    <w:p>
      <w:r>
        <w:t>- [ ] If under 18, I understand I must be supervised within sight and sound by a qualified Program Leader.</w:t>
      </w:r>
    </w:p>
    <w:p>
      <w:pPr>
        <w:pStyle w:val="Heading2"/>
      </w:pPr>
      <w:r>
        <w:t>Relevant Experience or Volunteer Work (If applicable)</w:t>
      </w:r>
    </w:p>
    <w:p>
      <w:r>
        <w:t>Organization / Program: ____________________________</w:t>
      </w:r>
    </w:p>
    <w:p>
      <w:r>
        <w:t>Role / Title: ______________________________________</w:t>
      </w:r>
    </w:p>
    <w:p>
      <w:r>
        <w:t>Dates Involved: _________________________________</w:t>
      </w:r>
    </w:p>
    <w:p>
      <w:r>
        <w:t>Brief Description:</w:t>
      </w:r>
    </w:p>
    <w:p>
      <w:r>
        <w:t>____________________________________________________</w:t>
      </w:r>
    </w:p>
    <w:p>
      <w:pPr>
        <w:pStyle w:val="Heading2"/>
      </w:pPr>
      <w:r>
        <w:t>References</w:t>
      </w:r>
    </w:p>
    <w:p>
      <w:r>
        <w:t>Name: ______________________ Phone: ______________</w:t>
      </w:r>
    </w:p>
    <w:p>
      <w:r>
        <w:t>Relationship: _________________________________________</w:t>
      </w:r>
    </w:p>
    <w:p>
      <w:r>
        <w:t>Name: ______________________ Phone: ______________</w:t>
      </w:r>
    </w:p>
    <w:p>
      <w:r>
        <w:t>Relationship: _________________________________________</w:t>
      </w:r>
    </w:p>
    <w:p>
      <w:pPr>
        <w:pStyle w:val="Heading2"/>
      </w:pPr>
      <w:r>
        <w:t>Short Response</w:t>
      </w:r>
    </w:p>
    <w:p>
      <w:r>
        <w:t>What excites you about working with children in an after-school program?</w:t>
      </w:r>
    </w:p>
    <w:p>
      <w:r>
        <w:t>____________________________________________________</w:t>
      </w:r>
    </w:p>
    <w:p>
      <w:pPr>
        <w:pStyle w:val="Heading2"/>
      </w:pPr>
      <w:r>
        <w:t>Signature</w:t>
      </w:r>
    </w:p>
    <w:p>
      <w:r>
        <w:t>Signature: __________________________ Date: ___________</w:t>
      </w:r>
    </w:p>
    <w:p>
      <w:r>
        <w:t>Parent/Guardian Signature (if under 18): __________________________ Date: ___________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