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Application Form: Program Leader</w:t>
      </w:r>
    </w:p>
    <w:p>
      <w:r>
        <w:t>Athena Christian Church – Certified School-Aged Child Care Center</w:t>
      </w:r>
    </w:p>
    <w:p>
      <w:r>
        <w:t>Location: Athena Elementary School</w:t>
      </w:r>
    </w:p>
    <w:p>
      <w:r>
        <w:t>Application Deadline: July 15th</w:t>
      </w:r>
    </w:p>
    <w:p/>
    <w:p>
      <w:pPr>
        <w:pStyle w:val="Heading2"/>
      </w:pPr>
      <w:r>
        <w:t>Applicant Information</w:t>
      </w:r>
    </w:p>
    <w:p>
      <w:r>
        <w:t>Full Name: ______________________________________</w:t>
      </w:r>
    </w:p>
    <w:p>
      <w:r>
        <w:t>Date of Birth: ____________________________________</w:t>
      </w:r>
    </w:p>
    <w:p>
      <w:r>
        <w:t>Phone Number: ___________________________________</w:t>
      </w:r>
    </w:p>
    <w:p>
      <w:r>
        <w:t>Email Address: ___________________________________</w:t>
      </w:r>
    </w:p>
    <w:p>
      <w:r>
        <w:t>Mailing Address: __________________________________</w:t>
      </w:r>
    </w:p>
    <w:p>
      <w:r>
        <w:t>____________________________________________________</w:t>
      </w:r>
    </w:p>
    <w:p/>
    <w:p>
      <w:pPr>
        <w:pStyle w:val="Heading2"/>
      </w:pPr>
      <w:r>
        <w:t>Qualifications Checklist</w:t>
      </w:r>
    </w:p>
    <w:p>
      <w:r>
        <w:t>- [ ] I am at least 18 years of age.</w:t>
      </w:r>
    </w:p>
    <w:p>
      <w:r>
        <w:t>- [ ] I have completed the required orientation and initial training.</w:t>
      </w:r>
    </w:p>
    <w:p>
      <w:r>
        <w:t>I meet one or more of the following:</w:t>
      </w:r>
    </w:p>
    <w:p>
      <w:r>
        <w:t>- [ ] 60 hours of experience working in the program and 20 clock hours of training in the last five years</w:t>
      </w:r>
    </w:p>
    <w:p>
      <w:r>
        <w:t>- [ ] 240 hours of qualifying experience with school-age children in the last five years</w:t>
      </w:r>
    </w:p>
    <w:p>
      <w:r>
        <w:t>- [ ] Associate degree in a relevant field</w:t>
      </w:r>
    </w:p>
    <w:p>
      <w:r>
        <w:t>- [ ] Oregon Registry Step 6 or higher</w:t>
      </w:r>
    </w:p>
    <w:p/>
    <w:p>
      <w:pPr>
        <w:pStyle w:val="Heading2"/>
      </w:pPr>
      <w:r>
        <w:t>Relevant Experience</w:t>
      </w:r>
    </w:p>
    <w:p>
      <w:r>
        <w:t>Organization / Employer: ___________________________</w:t>
      </w:r>
    </w:p>
    <w:p>
      <w:r>
        <w:t>Role / Title: ______________________________________</w:t>
      </w:r>
    </w:p>
    <w:p>
      <w:r>
        <w:t>Dates of Service: _________________________________</w:t>
      </w:r>
    </w:p>
    <w:p>
      <w:r>
        <w:t>Brief Description of Duties:</w:t>
      </w:r>
    </w:p>
    <w:p>
      <w:r>
        <w:t>____________________________________________________</w:t>
      </w:r>
    </w:p>
    <w:p>
      <w:r>
        <w:t>____________________________________________________</w:t>
      </w:r>
    </w:p>
    <w:p>
      <w:pPr>
        <w:pStyle w:val="Heading2"/>
      </w:pPr>
      <w:r>
        <w:t>References</w:t>
      </w:r>
    </w:p>
    <w:p>
      <w:r>
        <w:t>Name: ______________________ Phone: ______________</w:t>
      </w:r>
    </w:p>
    <w:p>
      <w:r>
        <w:t>Relationship: _________________________________________</w:t>
      </w:r>
    </w:p>
    <w:p>
      <w:r>
        <w:t>Name: ______________________ Phone: ______________</w:t>
      </w:r>
    </w:p>
    <w:p>
      <w:r>
        <w:t>Relationship: _________________________________________</w:t>
      </w:r>
    </w:p>
    <w:p>
      <w:pPr>
        <w:pStyle w:val="Heading2"/>
      </w:pPr>
      <w:r>
        <w:t>Short Response</w:t>
      </w:r>
    </w:p>
    <w:p>
      <w:r>
        <w:t>Why are you interested in this role, and what strengths would you bring as a Program Leader?</w:t>
      </w:r>
    </w:p>
    <w:p>
      <w:r>
        <w:t>____________________________________________________</w:t>
      </w:r>
    </w:p>
    <w:p>
      <w:r>
        <w:t>____________________________________________________</w:t>
      </w:r>
    </w:p>
    <w:p>
      <w:pPr>
        <w:pStyle w:val="Heading2"/>
      </w:pPr>
      <w:r>
        <w:t>Signature</w:t>
      </w:r>
    </w:p>
    <w:p>
      <w:r>
        <w:t>Signature: __________________________ Date: 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